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3798"/>
        <w:gridCol w:w="5556"/>
      </w:tblGrid>
      <w:tr>
        <w:tc>
          <w:tcPr>
            <w:tcW w:type="dxa" w:w="3798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[CƠ QUAN CHỦ QUẢN]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[TÊN CƠ QUAN BAN HÀNH]</w:t>
            </w:r>
          </w:p>
          <w:p>
            <w:pPr>
              <w:spacing w:before="0" w:after="0" w:line="20" w:lineRule="exact"/>
              <w:ind w:left="1191" w:right="1191"/>
              <w:pBdr>
                <w:bottom w:val="single" w:sz="6" w:space="1" w:color="000000"/>
              </w:pBdr>
            </w:pPr>
            <w:r>
              <w:rPr>
                <w:rFonts w:ascii="Times New Roman" w:hAnsi="Times New Roman" w:eastAsia="Times New Roman"/>
                <w:b w:val="0"/>
                <w:i w:val="0"/>
                <w:sz w:val="2"/>
              </w:rPr>
            </w:r>
          </w:p>
        </w:tc>
        <w:tc>
          <w:tcPr>
            <w:tcW w:type="dxa" w:w="5556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CỘNG HÒA XÃ HỘI CHỦ NGHĨA VIỆT NAM</w:t>
            </w:r>
          </w:p>
          <w:p>
            <w:pPr>
              <w:spacing w:before="0" w:after="0"/>
              <w:ind w:left="1145" w:right="1145"/>
              <w:jc w:val="center"/>
              <w:pBdr>
                <w:bottom w:val="single" w:sz="6" w:space="1" w:color="000000"/>
              </w:pBdr>
            </w:pPr>
            <w:r>
              <w:rPr>
                <w:rFonts w:ascii="Times New Roman" w:hAnsi="Times New Roman" w:eastAsia="Times New Roman"/>
                <w:b/>
                <w:i w:val="0"/>
                <w:sz w:val="26"/>
              </w:rPr>
              <w:t>Độc lập - Tự do - Hạnh phúc</w:t>
            </w:r>
          </w:p>
        </w:tc>
      </w:tr>
      <w:tr>
        <w:tc>
          <w:tcPr>
            <w:tcW w:type="dxa" w:w="3798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>Số:      /</w:t>
            </w: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>TTr-[CQ]</w:t>
            </w:r>
          </w:p>
        </w:tc>
        <w:tc>
          <w:tcPr>
            <w:tcW w:type="dxa" w:w="5556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6"/>
              </w:rPr>
              <w:t>[Địa danh], ngày     tháng     năm 20…</w:t>
            </w:r>
          </w:p>
        </w:tc>
      </w:tr>
    </w:tbl>
    <w:p>
      <w:pPr>
        <w:keepNext/>
        <w:spacing w:before="36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TỜ TRÌNH</w:t>
      </w:r>
    </w:p>
    <w:p>
      <w:pPr>
        <w:keepNext/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Về việc [trích yếu nội dung đề nghị]</w:t>
      </w:r>
    </w:p>
    <w:p>
      <w:pPr>
        <w:spacing w:before="0" w:after="0" w:line="20" w:lineRule="exact"/>
        <w:ind w:left="3827" w:right="3827"/>
        <w:pBdr>
          <w:bottom w:val="single" w:sz="6" w:space="1" w:color="000000"/>
        </w:pBdr>
      </w:pPr>
      <w:r>
        <w:rPr>
          <w:rFonts w:ascii="Times New Roman" w:hAnsi="Times New Roman" w:eastAsia="Times New Roman"/>
          <w:b w:val="0"/>
          <w:i w:val="0"/>
          <w:sz w:val="2"/>
        </w:rPr>
      </w:r>
    </w:p>
    <w:p>
      <w:pPr>
        <w:spacing w:before="240" w:after="12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Kính gửi: [Tên cơ quan, tổ chức cấp trên]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[Mở đầu: căn cứ và lý do trình.]</w:t>
      </w:r>
    </w:p>
    <w:p>
      <w:pPr>
        <w:keepNext/>
        <w:spacing w:before="12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I. SỰ CẦN THIẾT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[Thực trạng, vấn đề cần giải quyết.]</w:t>
      </w:r>
    </w:p>
    <w:p>
      <w:pPr>
        <w:keepNext/>
        <w:spacing w:before="12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II. NỘI DUNG ĐỀ XUẤT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[Nội dung, phương án, kinh phí, tiến độ thực hiện.]</w:t>
      </w:r>
    </w:p>
    <w:p>
      <w:pPr>
        <w:keepNext/>
        <w:spacing w:before="12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III. KIẾN NGHỊ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[Đề nghị cấp có thẩm quyền xem xét, phê duyệt]./.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4252"/>
        <w:gridCol w:w="5102"/>
      </w:tblGrid>
      <w:tr>
        <w:tc>
          <w:tcPr>
            <w:tcW w:type="dxa" w:w="4252"/>
          </w:tcPr>
          <w:p>
            <w:pPr>
              <w:keepNext/>
              <w:spacing w:before="240" w:after="0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24"/>
              </w:rPr>
              <w:t>Nơi nhận: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Như trên;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[Tên cơ quan, đơn vị nhận để biết];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Lưu: VT, [ĐV].</w:t>
            </w:r>
          </w:p>
        </w:tc>
        <w:tc>
          <w:tcPr>
            <w:tcW w:type="dxa" w:w="5102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[CHỨC VỤ NGƯỜI KÝ]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4"/>
              </w:rPr>
              <w:t>(Chữ ký của người có thẩm quyền, dấu/chữ ký số của cơ quan, tổ chức)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[Họ và tên]</w:t>
            </w:r>
          </w:p>
        </w:tc>
      </w:tr>
    </w:tbl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Times New Roman"/>
        <w:b w:val="0"/>
        <w:i w:val="0"/>
        <w:sz w:val="28"/>
      </w:rPr>
      <w:fldChar w:fldCharType="begin"/>
      <w:instrText xml:space="preserve"> PAGE </w:instrText>
      <w:fldChar w:fldCharType="separate"/>
      <w:t>2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tờ trình – Nghị định 30/2020/NĐ-CP</dc:title>
  <dc:subject>Mẫu văn bản hành chính theo Nghị định 30/2020/NĐ-CP, Phụ lục I</dc:subject>
  <dc:creator>Fetch Office – fetchoffice.vn</dc:creator>
  <cp:keywords>mẫu văn bản hành chính, Nghị định 30/2020/NĐ-CP</cp:keywords>
  <dc:description>Mẫu tham khảo do Fetch Office soạn. Thay các nội dung trong ngoặc vuông [ ] trước khi dùng.</dc:description>
  <cp:lastModifiedBy>Fetch Office – fetchoffice.vn</cp:lastModifiedBy>
  <cp:revision>1</cp:revision>
  <dcterms:created xsi:type="dcterms:W3CDTF">2026-10-26T00:00:00Z</dcterms:created>
  <dcterms:modified xsi:type="dcterms:W3CDTF">2026-10-26T00:00:00Z</dcterms:modified>
  <cp:category/>
  <dc:language>vi-VN</dc:language>
</cp:coreProperties>
</file>